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6E74BC" w14:textId="77777777" w:rsidR="00B123AF" w:rsidRDefault="00000000">
      <w:pPr>
        <w:jc w:val="center"/>
      </w:pPr>
      <w:r>
        <w:t>ELÁLLÁSI NYILATKOZAT MINTA ADÁSVÉTELI SZERZŐDÉSHEZ</w:t>
      </w:r>
    </w:p>
    <w:p w14:paraId="4881117C" w14:textId="77777777" w:rsidR="00B123AF" w:rsidRDefault="00000000">
      <w:pPr>
        <w:jc w:val="center"/>
      </w:pPr>
      <w:r>
        <w:t>fogyasztók részére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B123AF" w14:paraId="4B645393" w14:textId="77777777">
        <w:trPr>
          <w:jc w:val="center"/>
        </w:trPr>
        <w:tc>
          <w:tcPr>
            <w:tcW w:w="521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889CF0" w14:textId="77777777" w:rsidR="00132C36" w:rsidRDefault="00000000">
            <w:r>
              <w:t>Eladó</w:t>
            </w:r>
            <w:r>
              <w:br/>
              <w:t>DATAMATRIX s.r.o.</w:t>
            </w:r>
            <w:r>
              <w:br/>
              <w:t>IČ: 08220697</w:t>
            </w:r>
            <w:r>
              <w:br/>
              <w:t>info@eroute.cz</w:t>
            </w:r>
          </w:p>
        </w:tc>
        <w:tc>
          <w:tcPr>
            <w:tcW w:w="521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F96354" w14:textId="77777777" w:rsidR="00132C36" w:rsidRDefault="00000000">
            <w:r>
              <w:t>Az áru visszaküldési címe</w:t>
            </w:r>
            <w:r>
              <w:br/>
              <w:t>Stará Kysibelská 695/73b</w:t>
            </w:r>
            <w:r>
              <w:br/>
              <w:t>360 20 Karlovy Vary 1</w:t>
            </w:r>
          </w:p>
        </w:tc>
      </w:tr>
    </w:tbl>
    <w:p w14:paraId="62E701DF" w14:textId="77777777" w:rsidR="00B123AF" w:rsidRDefault="00000000">
      <w:r>
        <w:t>Ezúton bejelentem, hogy elállok az eladóval az alábbi áru tekintetében megkötött adásvételi szerződéstől:</w:t>
      </w:r>
    </w:p>
    <w:p w14:paraId="533FAF30" w14:textId="77777777" w:rsidR="00B123AF" w:rsidRDefault="00000000">
      <w:r>
        <w:t>Áru:</w:t>
      </w:r>
    </w:p>
    <w:p w14:paraId="4D30A2D9" w14:textId="77777777" w:rsidR="00B123AF" w:rsidRDefault="00000000">
      <w:pPr>
        <w:spacing w:after="40"/>
      </w:pPr>
      <w:r>
        <w:t>................................................................................................................................................................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B123AF" w14:paraId="657BE75B" w14:textId="77777777">
        <w:trPr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E43393" w14:textId="77777777" w:rsidR="00132C36" w:rsidRDefault="00000000">
            <w:r>
              <w:t>Rendelésszám / értékesítési bizonylat száma:</w:t>
            </w:r>
            <w:r>
              <w:br/>
              <w:t>........................................................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B78F4" w14:textId="77777777" w:rsidR="00132C36" w:rsidRDefault="00000000">
            <w:r>
              <w:br/>
              <w:t>........................................................</w:t>
            </w:r>
          </w:p>
        </w:tc>
      </w:tr>
      <w:tr w:rsidR="00B123AF" w14:paraId="5900F69A" w14:textId="77777777">
        <w:trPr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7692C" w14:textId="77777777" w:rsidR="00132C36" w:rsidRDefault="00000000">
            <w:r>
              <w:t>Megrendelés dátuma:</w:t>
            </w:r>
            <w:r>
              <w:br/>
              <w:t>........................................................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A9207" w14:textId="77777777" w:rsidR="00132C36" w:rsidRDefault="00000000">
            <w:r>
              <w:t>Az áru átvételének dátuma:</w:t>
            </w:r>
            <w:r>
              <w:br/>
              <w:t>........................................................</w:t>
            </w:r>
          </w:p>
        </w:tc>
      </w:tr>
      <w:tr w:rsidR="00B123AF" w14:paraId="19827E59" w14:textId="77777777">
        <w:trPr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01468B" w14:textId="77777777" w:rsidR="00132C36" w:rsidRDefault="00000000">
            <w:r>
              <w:t>A fogyasztó vezeték- és keresztneve:</w:t>
            </w:r>
            <w:r>
              <w:br/>
              <w:t>........................................................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FBF8BE" w14:textId="77777777" w:rsidR="00132C36" w:rsidRDefault="00000000">
            <w:r>
              <w:t>Telefon / e-mail:</w:t>
            </w:r>
            <w:r>
              <w:br/>
              <w:t>........................................................</w:t>
            </w:r>
          </w:p>
        </w:tc>
      </w:tr>
    </w:tbl>
    <w:p w14:paraId="3E35D068" w14:textId="77777777" w:rsidR="00B123AF" w:rsidRDefault="00000000">
      <w:r>
        <w:t>A fogyasztó címe:</w:t>
      </w:r>
    </w:p>
    <w:p w14:paraId="318908D6" w14:textId="77777777" w:rsidR="00B123AF" w:rsidRDefault="00000000">
      <w:pPr>
        <w:spacing w:after="40"/>
      </w:pPr>
      <w:r>
        <w:t>................................................................................................................................................................</w:t>
      </w:r>
    </w:p>
    <w:p w14:paraId="7124D886" w14:textId="77777777" w:rsidR="00B123AF" w:rsidRDefault="00000000">
      <w:r>
        <w:t>Az áru eladó részére történő visszaküldésének módja:</w:t>
      </w:r>
    </w:p>
    <w:p w14:paraId="2D938444" w14:textId="77777777" w:rsidR="00B123AF" w:rsidRDefault="00000000">
      <w:pPr>
        <w:spacing w:after="80"/>
      </w:pPr>
      <w:r>
        <w:t>☐ személyesen a fent megadott címen     ☐ fuvarozóval / egyéb módon</w:t>
      </w:r>
    </w:p>
    <w:p w14:paraId="0F45FAA6" w14:textId="77777777" w:rsidR="00B123AF" w:rsidRDefault="00000000">
      <w:r>
        <w:t>A pénzösszeg visszatérítése:</w:t>
      </w:r>
    </w:p>
    <w:p w14:paraId="0AAD72E5" w14:textId="77777777" w:rsidR="00B123AF" w:rsidRDefault="00000000">
      <w:r>
        <w:t>A pénzösszeg visszatérítése ugyanazzal a fizetési móddal történik, amellyel azt az eladó megkapta, kivéve, ha a felek másként állapodnak meg. Ha bankszámlára kérem a visszatérítést, megadom:</w:t>
      </w:r>
    </w:p>
    <w:p w14:paraId="3B1D84B2" w14:textId="77777777" w:rsidR="00B123AF" w:rsidRDefault="00000000">
      <w:r>
        <w:t>Bankszámlaszám: ........................................................ / ....................</w:t>
      </w:r>
    </w:p>
    <w:p w14:paraId="767881C5" w14:textId="2B8B3F04" w:rsidR="00B123AF" w:rsidRDefault="00000000">
      <w:pPr>
        <w:spacing w:before="60" w:after="120"/>
      </w:pPr>
      <w:r>
        <w:t xml:space="preserve">Tájékoztatás az elállásról: Az árut legkésőbb a szerződéstől való elállástól számított 14 napon belül vissza kell juttatni az eladó részére. Az áru visszaküldésével kapcsolatos költségeket a fogyasztó viseli, akkor is, ha az áru jellegéből adódóan szokásos postai úton nem küldhető vissza. Az eladó nem köteles a kapott pénzösszeget visszatéríteni mindaddig, amíg a fogyasztó az árut vissza nem szolgáltatta, vagy nem igazolta, hogy azt az eladó részére elküldte. A részleteket az Eroute Általános Szerződési Feltételeinek 5. cikke tartalmazza, amely elérhető a </w:t>
      </w:r>
      <w:hyperlink r:id="rId6" w:history="1">
        <w:r w:rsidR="0000135A" w:rsidRPr="00DC1EFF">
          <w:rPr>
            <w:rStyle w:val="Hypertextovodkaz"/>
          </w:rPr>
          <w:t>https://www.eroute.hu/feltetelek-es-feltetelek/</w:t>
        </w:r>
      </w:hyperlink>
      <w:r w:rsidR="0000135A">
        <w:t xml:space="preserve"> </w:t>
      </w:r>
      <w:proofErr w:type="spellStart"/>
      <w:r>
        <w:t>címen</w:t>
      </w:r>
      <w:proofErr w:type="spellEnd"/>
      <w: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B123AF" w14:paraId="6BD23DB2" w14:textId="77777777">
        <w:trPr>
          <w:jc w:val="center"/>
        </w:trPr>
        <w:tc>
          <w:tcPr>
            <w:tcW w:w="347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8174BFF" w14:textId="77777777" w:rsidR="00132C36" w:rsidRDefault="00000000">
            <w:r>
              <w:t>Hely ........................................</w:t>
            </w:r>
          </w:p>
        </w:tc>
        <w:tc>
          <w:tcPr>
            <w:tcW w:w="347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CB18A2" w14:textId="77777777" w:rsidR="00132C36" w:rsidRDefault="00000000">
            <w:r>
              <w:t>dátum ........................................</w:t>
            </w:r>
          </w:p>
        </w:tc>
        <w:tc>
          <w:tcPr>
            <w:tcW w:w="347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A7CABAA" w14:textId="77777777" w:rsidR="00132C36" w:rsidRDefault="00000000">
            <w:r>
              <w:t>A fogyasztó aláírása:</w:t>
            </w:r>
            <w:r>
              <w:br/>
              <w:t>........................................</w:t>
            </w:r>
          </w:p>
        </w:tc>
      </w:tr>
    </w:tbl>
    <w:p w14:paraId="7B95D00E" w14:textId="77777777" w:rsidR="00B123AF" w:rsidRDefault="00000000">
      <w:pPr>
        <w:spacing w:before="140"/>
      </w:pPr>
      <w:r>
        <w:t>Megjegyzés: A jelen nyomtatvány használata nem kötelező. Az elállás az áruház webes felületén elérhető elállási funkcióval is megtehető az Általános Szerződési Feltételek 5.8. cikke szerint.</w:t>
      </w:r>
    </w:p>
    <w:sectPr w:rsidR="00B123AF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6227595">
    <w:abstractNumId w:val="8"/>
  </w:num>
  <w:num w:numId="2" w16cid:durableId="3750678">
    <w:abstractNumId w:val="6"/>
  </w:num>
  <w:num w:numId="3" w16cid:durableId="146164702">
    <w:abstractNumId w:val="5"/>
  </w:num>
  <w:num w:numId="4" w16cid:durableId="1033923884">
    <w:abstractNumId w:val="4"/>
  </w:num>
  <w:num w:numId="5" w16cid:durableId="1610812226">
    <w:abstractNumId w:val="7"/>
  </w:num>
  <w:num w:numId="6" w16cid:durableId="510797837">
    <w:abstractNumId w:val="3"/>
  </w:num>
  <w:num w:numId="7" w16cid:durableId="249314370">
    <w:abstractNumId w:val="2"/>
  </w:num>
  <w:num w:numId="8" w16cid:durableId="813791217">
    <w:abstractNumId w:val="1"/>
  </w:num>
  <w:num w:numId="9" w16cid:durableId="9549491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35A"/>
    <w:rsid w:val="00034616"/>
    <w:rsid w:val="0006063C"/>
    <w:rsid w:val="00132C36"/>
    <w:rsid w:val="0015074B"/>
    <w:rsid w:val="0029639D"/>
    <w:rsid w:val="00326F90"/>
    <w:rsid w:val="00434B9D"/>
    <w:rsid w:val="00AA1D8D"/>
    <w:rsid w:val="00B123AF"/>
    <w:rsid w:val="00B47730"/>
    <w:rsid w:val="00BC031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D9026"/>
  <w14:defaultImageDpi w14:val="300"/>
  <w15:docId w15:val="{996B9EEA-3208-2E4B-A78B-CFCBC668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00135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013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route.hu/feltetelek-es-feltetele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2362</Characters>
  <Application>Microsoft Office Word</Application>
  <DocSecurity>0</DocSecurity>
  <Lines>44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Datamatrix s.r.o.</cp:lastModifiedBy>
  <cp:revision>3</cp:revision>
  <dcterms:created xsi:type="dcterms:W3CDTF">2026-10-04T16:36:00Z</dcterms:created>
  <dcterms:modified xsi:type="dcterms:W3CDTF">2026-10-04T16:47:00Z</dcterms:modified>
  <cp:category/>
</cp:coreProperties>
</file>