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DCC07D" w14:textId="77777777" w:rsidR="00733DAD" w:rsidRDefault="00000000">
      <w:pPr>
        <w:jc w:val="center"/>
      </w:pPr>
      <w:r>
        <w:t>HIBÁS TELJESÍTÉSBŐL EREDŐ JOG ÉRVÉNYESÍTÉSE (REKLAMÁCIÓ)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733DAD" w14:paraId="2C2E716C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13914" w14:textId="77777777" w:rsidR="00BA6522" w:rsidRDefault="00000000">
            <w:r>
              <w:t>Név és vezetéknév: ........................................................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7860D" w14:textId="77777777" w:rsidR="00733DAD" w:rsidRDefault="00000000">
            <w:pPr>
              <w:spacing w:after="0"/>
            </w:pPr>
            <w:r>
              <w:t>DATAMATRIX s.r.o.</w:t>
            </w:r>
          </w:p>
        </w:tc>
      </w:tr>
      <w:tr w:rsidR="00733DAD" w14:paraId="3527E7AD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207C4" w14:textId="77777777" w:rsidR="00BA6522" w:rsidRDefault="00000000">
            <w:r>
              <w:t>Cím: ........................................................................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0A147" w14:textId="77777777" w:rsidR="00733DAD" w:rsidRDefault="00000000">
            <w:pPr>
              <w:spacing w:after="0"/>
            </w:pPr>
            <w:r>
              <w:t>IČ: 08220697</w:t>
            </w:r>
          </w:p>
        </w:tc>
      </w:tr>
      <w:tr w:rsidR="00733DAD" w14:paraId="04DE6D78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FAB3E" w14:textId="77777777" w:rsidR="00BA6522" w:rsidRDefault="00000000">
            <w:r>
              <w:t>Telefon / e-mail: ...........................................................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949BB" w14:textId="77777777" w:rsidR="00733DAD" w:rsidRDefault="00000000">
            <w:pPr>
              <w:spacing w:after="0"/>
            </w:pPr>
            <w:r>
              <w:t>Na Folimance 2155/15, 120 00 Praha</w:t>
            </w:r>
          </w:p>
        </w:tc>
      </w:tr>
      <w:tr w:rsidR="00733DAD" w14:paraId="03063AFE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A4299" w14:textId="77777777" w:rsidR="00BA6522" w:rsidRDefault="00000000">
            <w:r>
              <w:t>Rendelés / bizonylat száma: ...........................................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9D5A6" w14:textId="77777777" w:rsidR="00733DAD" w:rsidRDefault="00000000">
            <w:pPr>
              <w:spacing w:after="0"/>
            </w:pPr>
            <w:r>
              <w:t>info@eroute.cz</w:t>
            </w:r>
          </w:p>
        </w:tc>
      </w:tr>
    </w:tbl>
    <w:p w14:paraId="2111D527" w14:textId="77777777" w:rsidR="00733DAD" w:rsidRDefault="00000000">
      <w:r>
        <w:t>A reklamáció bejelentésének dátuma: ........................................</w:t>
      </w:r>
    </w:p>
    <w:p w14:paraId="442AF975" w14:textId="77777777" w:rsidR="00733DAD" w:rsidRDefault="00000000">
      <w:r>
        <w:t>Reklamált berendezés:</w:t>
      </w:r>
    </w:p>
    <w:p w14:paraId="3FB0E880" w14:textId="77777777" w:rsidR="00733DAD" w:rsidRDefault="00000000">
      <w:r>
        <w:t>................................................................................................................................................................</w:t>
      </w:r>
    </w:p>
    <w:p w14:paraId="00D45F07" w14:textId="77777777" w:rsidR="00733DAD" w:rsidRDefault="00000000">
      <w:r>
        <w:t>A hiba leírása:</w:t>
      </w:r>
    </w:p>
    <w:p w14:paraId="6E4E51ED" w14:textId="77777777" w:rsidR="00733DAD" w:rsidRDefault="00000000">
      <w:r>
        <w:t>................................................................................................................................................................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................................................................................................................................................................</w:t>
      </w:r>
    </w:p>
    <w:p w14:paraId="4DA9EEC1" w14:textId="77777777" w:rsidR="00733DAD" w:rsidRDefault="00000000">
      <w:r>
        <w:t>A reklamáció kért rendezési módja:</w:t>
      </w:r>
    </w:p>
    <w:p w14:paraId="0B393882" w14:textId="77777777" w:rsidR="00733DAD" w:rsidRDefault="00000000">
      <w:r>
        <w:t>☐ javítás     ☐ csere     ☐ egyéb igény: ................................................................................................</w:t>
      </w:r>
    </w:p>
    <w:p w14:paraId="2D399743" w14:textId="77777777" w:rsidR="00733DAD" w:rsidRDefault="00000000">
      <w:r>
        <w:t>A reklamált berendezés vizsgálatra történő átadásának módja:</w:t>
      </w:r>
    </w:p>
    <w:p w14:paraId="156CBC7C" w14:textId="77777777" w:rsidR="00733DAD" w:rsidRDefault="00000000">
      <w:r>
        <w:t>☐ Eroute technikus     ☐ külső fuvarozó     ☐ személyesen az Eroute szervizközpontban</w:t>
      </w:r>
    </w:p>
    <w:p w14:paraId="07879E0B" w14:textId="77777777" w:rsidR="00733DAD" w:rsidRDefault="00000000">
      <w:r>
        <w:t>Szervizközpont: Stará Kysibelská 695/73b, 360 20 Karlovy Vary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95"/>
        <w:gridCol w:w="5556"/>
      </w:tblGrid>
      <w:tr w:rsidR="00733DAD" w14:paraId="3D299BF8" w14:textId="77777777">
        <w:trPr>
          <w:jc w:val="center"/>
        </w:trPr>
        <w:tc>
          <w:tcPr>
            <w:tcW w:w="4195" w:type="dxa"/>
          </w:tcPr>
          <w:p w14:paraId="78C6B9ED" w14:textId="77777777" w:rsidR="00BA6522" w:rsidRDefault="00000000">
            <w:r>
              <w:t>Egyeztetett szállítási / átadási időpont:</w:t>
            </w:r>
          </w:p>
        </w:tc>
        <w:tc>
          <w:tcPr>
            <w:tcW w:w="5556" w:type="dxa"/>
          </w:tcPr>
          <w:p w14:paraId="7AD7A032" w14:textId="77777777" w:rsidR="00733DAD" w:rsidRDefault="00000000">
            <w:pPr>
              <w:spacing w:after="0"/>
            </w:pPr>
            <w:r>
              <w:t>........................................................</w:t>
            </w:r>
          </w:p>
        </w:tc>
      </w:tr>
      <w:tr w:rsidR="00733DAD" w14:paraId="7FED26D6" w14:textId="77777777">
        <w:trPr>
          <w:jc w:val="center"/>
        </w:trPr>
        <w:tc>
          <w:tcPr>
            <w:tcW w:w="4195" w:type="dxa"/>
          </w:tcPr>
          <w:p w14:paraId="0051520A" w14:textId="77777777" w:rsidR="00BA6522" w:rsidRDefault="00000000">
            <w:r>
              <w:t>A kézbesítés / technikusnak történő átadás dátuma:</w:t>
            </w:r>
          </w:p>
        </w:tc>
        <w:tc>
          <w:tcPr>
            <w:tcW w:w="5556" w:type="dxa"/>
          </w:tcPr>
          <w:p w14:paraId="4AC4EE0C" w14:textId="77777777" w:rsidR="00733DAD" w:rsidRDefault="00000000">
            <w:pPr>
              <w:spacing w:after="0"/>
            </w:pPr>
            <w:r>
              <w:t>........................................................</w:t>
            </w:r>
          </w:p>
        </w:tc>
      </w:tr>
      <w:tr w:rsidR="00733DAD" w14:paraId="3F038866" w14:textId="77777777">
        <w:trPr>
          <w:jc w:val="center"/>
        </w:trPr>
        <w:tc>
          <w:tcPr>
            <w:tcW w:w="4195" w:type="dxa"/>
          </w:tcPr>
          <w:p w14:paraId="47F7DE39" w14:textId="77777777" w:rsidR="00BA6522" w:rsidRDefault="00000000">
            <w:r>
              <w:t>Egyeztetett szállítási díj:</w:t>
            </w:r>
          </w:p>
        </w:tc>
        <w:tc>
          <w:tcPr>
            <w:tcW w:w="5556" w:type="dxa"/>
          </w:tcPr>
          <w:p w14:paraId="0B14FB90" w14:textId="46E475BA" w:rsidR="00733DAD" w:rsidRDefault="00000000">
            <w:pPr>
              <w:spacing w:after="0"/>
            </w:pPr>
            <w:r>
              <w:t xml:space="preserve">........................................ </w:t>
            </w:r>
            <w:r w:rsidR="0075013C">
              <w:t>HUF</w:t>
            </w:r>
          </w:p>
        </w:tc>
      </w:tr>
    </w:tbl>
    <w:p w14:paraId="059476AB" w14:textId="091EE2D8" w:rsidR="00733DAD" w:rsidRDefault="00000000" w:rsidP="00A0313B">
      <w:r>
        <w:t xml:space="preserve">Tájékoztatás az átadásról és a szállításról: Ha a szállítás az eladóval kerül egyeztetésre, annak módját, időpontját és díját előzetesen kell megállapodni, és a megállapodás szerinti költségeket a vásárló előre megfizeti. Jogos reklamáció és garanciális hiba megállapítása esetén az egyeztetett szállítás indokolt költségeit a vásárló részére megtérítjük. A reklamáció elbírálásához a vásárló köteles lehetővé tenni a reklamált berendezés megvizsgálását. Amíg a szükséges együttműködést nem biztosítja és a vizsgálatot nem teszi lehetővé, a reklamáció elintézésére vonatkozó 30 napos határidő nem telhet. A részleteket az Eroute Általános Szerződési Feltételeinek 7.13. </w:t>
      </w:r>
      <w:proofErr w:type="spellStart"/>
      <w:r>
        <w:t>pontja</w:t>
      </w:r>
      <w:proofErr w:type="spellEnd"/>
      <w:r>
        <w:t xml:space="preserve"> </w:t>
      </w:r>
      <w:proofErr w:type="spellStart"/>
      <w:r>
        <w:t>tartalmazza</w:t>
      </w:r>
      <w:proofErr w:type="spellEnd"/>
      <w:r>
        <w:t xml:space="preserve">: </w:t>
      </w:r>
      <w:r w:rsidR="0075013C" w:rsidRPr="0075013C">
        <w:t>https://www.eroute.hu/feltetelek-es-feltetelek/</w:t>
      </w:r>
      <w:r w:rsidR="0075013C">
        <w:t>.</w:t>
      </w:r>
    </w:p>
    <w:p w14:paraId="2B9927C8" w14:textId="77777777" w:rsidR="00B5348E" w:rsidRDefault="00B5348E" w:rsidP="00A0313B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733DAD" w14:paraId="3BF8B107" w14:textId="77777777"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2D97FD32" w14:textId="77777777" w:rsidR="00BA6522" w:rsidRDefault="00000000">
            <w:r>
              <w:t>Kelt: ................................, 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3AD94354" w14:textId="77777777" w:rsidR="00BA6522" w:rsidRDefault="00000000">
            <w:r>
              <w:t>A vásárló aláírása: ........................................</w:t>
            </w:r>
          </w:p>
        </w:tc>
      </w:tr>
      <w:tr w:rsidR="00733DAD" w14:paraId="1AF3DBF5" w14:textId="77777777"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4EAC2645" w14:textId="77777777" w:rsidR="00BA6522" w:rsidRDefault="00000000">
            <w:r>
              <w:t>Melléklet: a vásárlást igazoló bizonylat másolata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3D44FEE8" w14:textId="77777777" w:rsidR="00733DAD" w:rsidRDefault="00733DAD">
            <w:pPr>
              <w:spacing w:after="0"/>
            </w:pPr>
          </w:p>
        </w:tc>
      </w:tr>
    </w:tbl>
    <w:p w14:paraId="1849F908" w14:textId="77777777" w:rsidR="001A2B25" w:rsidRDefault="001A2B25"/>
    <w:sectPr w:rsidR="001A2B25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9523224">
    <w:abstractNumId w:val="8"/>
  </w:num>
  <w:num w:numId="2" w16cid:durableId="607390651">
    <w:abstractNumId w:val="6"/>
  </w:num>
  <w:num w:numId="3" w16cid:durableId="1606696778">
    <w:abstractNumId w:val="5"/>
  </w:num>
  <w:num w:numId="4" w16cid:durableId="221870747">
    <w:abstractNumId w:val="4"/>
  </w:num>
  <w:num w:numId="5" w16cid:durableId="1377706594">
    <w:abstractNumId w:val="7"/>
  </w:num>
  <w:num w:numId="6" w16cid:durableId="503715057">
    <w:abstractNumId w:val="3"/>
  </w:num>
  <w:num w:numId="7" w16cid:durableId="241985965">
    <w:abstractNumId w:val="2"/>
  </w:num>
  <w:num w:numId="8" w16cid:durableId="2093700545">
    <w:abstractNumId w:val="1"/>
  </w:num>
  <w:num w:numId="9" w16cid:durableId="2381033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2B25"/>
    <w:rsid w:val="0029639D"/>
    <w:rsid w:val="00326F90"/>
    <w:rsid w:val="00634BA2"/>
    <w:rsid w:val="00733DAD"/>
    <w:rsid w:val="0075013C"/>
    <w:rsid w:val="007B53A4"/>
    <w:rsid w:val="00A0313B"/>
    <w:rsid w:val="00AA1D8D"/>
    <w:rsid w:val="00B47730"/>
    <w:rsid w:val="00B5348E"/>
    <w:rsid w:val="00BA6522"/>
    <w:rsid w:val="00BC031E"/>
    <w:rsid w:val="00CB0664"/>
    <w:rsid w:val="00E64B24"/>
    <w:rsid w:val="00ED6C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2DB433"/>
  <w14:defaultImageDpi w14:val="300"/>
  <w15:docId w15:val="{25533B9D-E61B-3247-8C28-58D7E1D1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40" w:line="240" w:lineRule="auto"/>
    </w:pPr>
    <w:rPr>
      <w:rFonts w:ascii="Arial" w:hAnsi="Arial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ED6C6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D6C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2429</Characters>
  <Application>Microsoft Office Word</Application>
  <DocSecurity>0</DocSecurity>
  <Lines>38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Datamatrix s.r.o.</cp:lastModifiedBy>
  <cp:revision>2</cp:revision>
  <dcterms:created xsi:type="dcterms:W3CDTF">2026-10-04T16:48:00Z</dcterms:created>
  <dcterms:modified xsi:type="dcterms:W3CDTF">2026-10-04T16:48:00Z</dcterms:modified>
  <cp:category/>
</cp:coreProperties>
</file>